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Leerpret – quiz-sjabloon</w:t>
      </w:r>
    </w:p>
    <w:p>
      <w:r>
        <w:rPr>
          <w:b/>
        </w:rPr>
        <w:t xml:space="preserve">Zo werkt het: </w:t>
      </w:r>
      <w:r>
        <w:t>typ elke vraag op een lijn die begint met een cijfer en een punt (1. 2. 3.), elk antwoord met een letter en een punt (A. B. C. D.), zet een sterretje (*) vóór het juiste antwoord en typ de uitleg op de lijn eronder. Bij een vraag met 2 juiste antwoorden zet je "(kies 2)" achter de vraag en een * bij beide antwoorden. Verwijder deze uitleg en de voorbeeldvragen, of overschrijf ze gewoon. Bewaar als .docx en laad het bestand op in het beheerdersscherm.</w:t>
      </w:r>
    </w:p>
    <w:p>
      <w:r>
        <w:t>Titel: Dieren Quiz</w:t>
      </w:r>
    </w:p>
    <w:p>
      <w:r>
        <w:t>Thema: Dieren</w:t>
      </w:r>
    </w:p>
    <w:p>
      <w:r>
        <w:t>Emoji: 🐾</w:t>
      </w:r>
    </w:p>
    <w:p>
      <w:r>
        <w:t>Leerjaar: 1-3</w:t>
      </w:r>
    </w:p>
    <w:p/>
    <w:p>
      <w:r>
        <w:rPr>
          <w:b/>
          <w:sz w:val="26"/>
        </w:rPr>
        <w:t>1. Welk dier zegt "miauw"?</w:t>
      </w:r>
    </w:p>
    <w:p>
      <w:r>
        <w:t>A. Hond</w:t>
      </w:r>
    </w:p>
    <w:p>
      <w:r>
        <w:rPr>
          <w:i/>
        </w:rPr>
        <w:t xml:space="preserve">    Nee, een hond blaft: waf waf!</w:t>
      </w:r>
    </w:p>
    <w:p>
      <w:r>
        <w:rPr>
          <w:b/>
          <w:color w:val="1F8C50"/>
        </w:rPr>
        <w:t>*B. Kat</w:t>
      </w:r>
    </w:p>
    <w:p>
      <w:r>
        <w:rPr>
          <w:i/>
        </w:rPr>
        <w:t xml:space="preserve">    Juist! Een kat miauwt.</w:t>
      </w:r>
    </w:p>
    <w:p>
      <w:r>
        <w:t>C. Koe</w:t>
      </w:r>
    </w:p>
    <w:p>
      <w:r>
        <w:rPr>
          <w:i/>
        </w:rPr>
        <w:t xml:space="preserve">    Nee, een koe loeit: boe!</w:t>
      </w:r>
    </w:p>
    <w:p/>
    <w:p>
      <w:r>
        <w:rPr>
          <w:b/>
          <w:sz w:val="26"/>
        </w:rPr>
        <w:t>2. Welke 2 dieren leggen eieren? (kies 2)</w:t>
      </w:r>
    </w:p>
    <w:p>
      <w:r>
        <w:rPr>
          <w:b/>
          <w:color w:val="1F8C50"/>
        </w:rPr>
        <w:t>*A. Kip</w:t>
      </w:r>
    </w:p>
    <w:p>
      <w:r>
        <w:rPr>
          <w:i/>
        </w:rPr>
        <w:t xml:space="preserve">    Juist! Een kip legt bijna elke dag een ei.</w:t>
      </w:r>
    </w:p>
    <w:p>
      <w:r>
        <w:t>B. Hond</w:t>
      </w:r>
    </w:p>
    <w:p>
      <w:r>
        <w:rPr>
          <w:i/>
        </w:rPr>
        <w:t xml:space="preserve">    Nee, een hond krijgt puppy's.</w:t>
      </w:r>
    </w:p>
    <w:p>
      <w:r>
        <w:rPr>
          <w:b/>
          <w:color w:val="1F8C50"/>
        </w:rPr>
        <w:t>*C. Schildpad</w:t>
      </w:r>
    </w:p>
    <w:p>
      <w:r>
        <w:rPr>
          <w:i/>
        </w:rPr>
        <w:t xml:space="preserve">    Juist! Een schildpad begraaft haar eieren in het zand.</w:t>
      </w:r>
    </w:p>
    <w:p>
      <w:r>
        <w:t>D. Koe</w:t>
      </w:r>
    </w:p>
    <w:p>
      <w:r>
        <w:rPr>
          <w:i/>
        </w:rPr>
        <w:t xml:space="preserve">    Nee, een koe krijgt een kalfje.</w:t>
      </w:r>
    </w:p>
    <w:p/>
    <w:p>
      <w:r>
        <w:rPr>
          <w:b/>
          <w:sz w:val="26"/>
        </w:rPr>
        <w:t>3. Hoeveel poten heeft een spin?</w:t>
      </w:r>
    </w:p>
    <w:p>
      <w:r>
        <w:t>A. 6</w:t>
      </w:r>
    </w:p>
    <w:p>
      <w:r>
        <w:rPr>
          <w:i/>
        </w:rPr>
        <w:t xml:space="preserve">    Nee, dat is een insect. Een spin heeft er meer!</w:t>
      </w:r>
    </w:p>
    <w:p>
      <w:r>
        <w:rPr>
          <w:b/>
          <w:color w:val="1F8C50"/>
        </w:rPr>
        <w:t>*B. 8</w:t>
      </w:r>
    </w:p>
    <w:p>
      <w:r>
        <w:rPr>
          <w:i/>
        </w:rPr>
        <w:t xml:space="preserve">    Juist! Een spin heeft 8 poten.</w:t>
      </w:r>
    </w:p>
    <w:p>
      <w:r>
        <w:t>C. 10</w:t>
      </w:r>
    </w:p>
    <w:p>
      <w:r>
        <w:rPr>
          <w:i/>
        </w:rPr>
        <w:t xml:space="preserve">    Nee, dat zijn er te veel.</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